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4C2B0" w14:textId="77777777" w:rsidR="00F071B2" w:rsidRDefault="00F071B2" w:rsidP="001B5156">
      <w:pPr>
        <w:tabs>
          <w:tab w:val="left" w:pos="1302"/>
        </w:tabs>
        <w:spacing w:after="0"/>
        <w:rPr>
          <w:b/>
          <w:bCs/>
          <w:color w:val="C44048"/>
          <w:sz w:val="20"/>
          <w:szCs w:val="20"/>
          <w:lang w:val="fr-BE"/>
        </w:rPr>
      </w:pPr>
    </w:p>
    <w:p w14:paraId="49B6C50D" w14:textId="64EC6F24" w:rsidR="00140FA7" w:rsidRPr="00472183" w:rsidRDefault="00140FA7" w:rsidP="004F0D6D">
      <w:pPr>
        <w:tabs>
          <w:tab w:val="left" w:pos="1302"/>
        </w:tabs>
        <w:rPr>
          <w:b/>
          <w:bCs/>
          <w:color w:val="C44048"/>
          <w:sz w:val="20"/>
          <w:szCs w:val="20"/>
          <w:lang w:val="fr-BE"/>
        </w:rPr>
      </w:pPr>
      <w:r w:rsidRPr="00472183">
        <w:rPr>
          <w:b/>
          <w:bCs/>
          <w:color w:val="C44048"/>
          <w:sz w:val="20"/>
          <w:szCs w:val="20"/>
          <w:lang w:val="fr-BE"/>
        </w:rPr>
        <w:t xml:space="preserve">Candidatures à introduire </w:t>
      </w:r>
      <w:r w:rsidR="00844AFD" w:rsidRPr="00472183">
        <w:rPr>
          <w:b/>
          <w:bCs/>
          <w:color w:val="C44048"/>
          <w:sz w:val="20"/>
          <w:szCs w:val="20"/>
          <w:lang w:val="fr-BE"/>
        </w:rPr>
        <w:t xml:space="preserve">au plus tard </w:t>
      </w:r>
      <w:r w:rsidRPr="00472183">
        <w:rPr>
          <w:b/>
          <w:bCs/>
          <w:color w:val="C44048"/>
          <w:sz w:val="20"/>
          <w:szCs w:val="20"/>
          <w:lang w:val="fr-BE"/>
        </w:rPr>
        <w:t xml:space="preserve">le </w:t>
      </w:r>
      <w:r w:rsidR="00844AFD">
        <w:rPr>
          <w:b/>
          <w:bCs/>
          <w:color w:val="C44048"/>
          <w:sz w:val="20"/>
          <w:szCs w:val="20"/>
          <w:lang w:val="fr-BE"/>
        </w:rPr>
        <w:t>10</w:t>
      </w:r>
      <w:r w:rsidRPr="00472183">
        <w:rPr>
          <w:b/>
          <w:bCs/>
          <w:color w:val="C44048"/>
          <w:sz w:val="20"/>
          <w:szCs w:val="20"/>
          <w:lang w:val="fr-BE"/>
        </w:rPr>
        <w:t xml:space="preserve"> novembre 2026</w:t>
      </w:r>
      <w:r w:rsidR="00844AFD">
        <w:rPr>
          <w:b/>
          <w:bCs/>
          <w:color w:val="C44048"/>
          <w:sz w:val="20"/>
          <w:szCs w:val="20"/>
          <w:lang w:val="fr-BE"/>
        </w:rPr>
        <w:t xml:space="preserve"> à midi</w:t>
      </w:r>
      <w:r w:rsidRPr="00472183">
        <w:rPr>
          <w:b/>
          <w:bCs/>
          <w:color w:val="C44048"/>
          <w:sz w:val="20"/>
          <w:szCs w:val="20"/>
          <w:lang w:val="fr-BE"/>
        </w:rPr>
        <w:t xml:space="preserve"> à l’adresse </w:t>
      </w:r>
      <w:hyperlink r:id="rId8" w:history="1">
        <w:r w:rsidRPr="00472183">
          <w:rPr>
            <w:rStyle w:val="Lienhypertexte"/>
            <w:b/>
            <w:bCs/>
            <w:color w:val="C44048"/>
            <w:sz w:val="20"/>
            <w:szCs w:val="20"/>
            <w:lang w:val="fr-BE"/>
          </w:rPr>
          <w:t>info@lbfa.be</w:t>
        </w:r>
      </w:hyperlink>
      <w:r w:rsidRPr="00472183">
        <w:rPr>
          <w:b/>
          <w:bCs/>
          <w:color w:val="C44048"/>
          <w:sz w:val="20"/>
          <w:szCs w:val="20"/>
          <w:lang w:val="fr-BE"/>
        </w:rPr>
        <w:t xml:space="preserve">.  </w:t>
      </w:r>
    </w:p>
    <w:p w14:paraId="1C0A267A" w14:textId="2D10CEEC" w:rsidR="00140FA7" w:rsidRPr="00472183" w:rsidRDefault="00140FA7">
      <w:pPr>
        <w:rPr>
          <w:color w:val="000000"/>
          <w:sz w:val="20"/>
          <w:szCs w:val="20"/>
          <w:lang w:val="fr-BE"/>
        </w:rPr>
      </w:pPr>
      <w:r w:rsidRPr="00472183">
        <w:rPr>
          <w:color w:val="000000"/>
          <w:sz w:val="20"/>
          <w:szCs w:val="20"/>
          <w:lang w:val="fr-BE"/>
        </w:rPr>
        <w:t>Le cercle :</w:t>
      </w:r>
      <w:r w:rsidRPr="00472183">
        <w:rPr>
          <w:color w:val="000000"/>
          <w:sz w:val="20"/>
          <w:szCs w:val="20"/>
          <w:lang w:val="fr-BE"/>
        </w:rPr>
        <w:tab/>
      </w:r>
      <w:r w:rsidRPr="00472183">
        <w:rPr>
          <w:color w:val="000000"/>
          <w:sz w:val="20"/>
          <w:szCs w:val="20"/>
          <w:lang w:val="fr-BE"/>
        </w:rPr>
        <w:tab/>
      </w:r>
      <w:r w:rsidRPr="00472183">
        <w:rPr>
          <w:color w:val="000000"/>
          <w:sz w:val="20"/>
          <w:szCs w:val="20"/>
          <w:lang w:val="fr-BE"/>
        </w:rPr>
        <w:tab/>
      </w:r>
      <w:r w:rsidRPr="00472183">
        <w:rPr>
          <w:color w:val="000000"/>
          <w:sz w:val="20"/>
          <w:szCs w:val="20"/>
          <w:lang w:val="fr-BE"/>
        </w:rPr>
        <w:tab/>
      </w:r>
      <w:r w:rsidRPr="00472183">
        <w:rPr>
          <w:color w:val="000000"/>
          <w:sz w:val="20"/>
          <w:szCs w:val="20"/>
          <w:lang w:val="fr-BE"/>
        </w:rPr>
        <w:tab/>
      </w:r>
      <w:r w:rsidRPr="00472183">
        <w:rPr>
          <w:color w:val="000000"/>
          <w:sz w:val="20"/>
          <w:szCs w:val="20"/>
          <w:lang w:val="fr-BE"/>
        </w:rPr>
        <w:tab/>
      </w:r>
      <w:r w:rsidR="00472183">
        <w:rPr>
          <w:color w:val="000000"/>
          <w:sz w:val="20"/>
          <w:szCs w:val="20"/>
          <w:lang w:val="fr-BE"/>
        </w:rPr>
        <w:t xml:space="preserve">        </w:t>
      </w:r>
      <w:r w:rsidRPr="00472183">
        <w:rPr>
          <w:color w:val="000000"/>
          <w:sz w:val="20"/>
          <w:szCs w:val="20"/>
          <w:lang w:val="fr-BE"/>
        </w:rPr>
        <w:t>Matricule :</w:t>
      </w:r>
    </w:p>
    <w:p w14:paraId="10EBDCD4" w14:textId="22500177" w:rsidR="001B5156" w:rsidRPr="001B5156" w:rsidRDefault="001B5156">
      <w:pPr>
        <w:rPr>
          <w:color w:val="000000"/>
          <w:sz w:val="20"/>
          <w:szCs w:val="20"/>
          <w:lang w:val="fr-BE"/>
        </w:rPr>
      </w:pPr>
      <w:r w:rsidRPr="001B5156">
        <w:rPr>
          <w:color w:val="000000"/>
          <w:sz w:val="20"/>
          <w:szCs w:val="20"/>
          <w:lang w:val="fr-BE"/>
        </w:rPr>
        <w:t>Pose sa candidature pour l’organisation de la ou des compétitions suivantes :</w:t>
      </w:r>
    </w:p>
    <w:p w14:paraId="3AF87966" w14:textId="255B8D0B" w:rsidR="00140FA7" w:rsidRPr="001B5156" w:rsidRDefault="001B5156" w:rsidP="00140FA7">
      <w:pPr>
        <w:tabs>
          <w:tab w:val="left" w:pos="1302"/>
        </w:tabs>
        <w:spacing w:after="0"/>
        <w:rPr>
          <w:b/>
          <w:bCs/>
          <w:i/>
          <w:iCs/>
          <w:color w:val="000000"/>
          <w:sz w:val="18"/>
          <w:szCs w:val="18"/>
          <w:lang w:val="fr-BE"/>
        </w:rPr>
      </w:pPr>
      <w:r w:rsidRPr="001B5156">
        <w:rPr>
          <w:b/>
          <w:bCs/>
          <w:i/>
          <w:iCs/>
          <w:color w:val="000000"/>
          <w:sz w:val="18"/>
          <w:szCs w:val="18"/>
          <w:lang w:val="fr-BE"/>
        </w:rPr>
        <w:t>Cochez la ou les cases correspondantes dans la première colonne.</w:t>
      </w:r>
    </w:p>
    <w:p w14:paraId="282FCEBC" w14:textId="77777777" w:rsidR="00140FA7" w:rsidRDefault="00140FA7" w:rsidP="00140FA7">
      <w:pPr>
        <w:tabs>
          <w:tab w:val="left" w:pos="1302"/>
        </w:tabs>
        <w:spacing w:after="0"/>
        <w:rPr>
          <w:b/>
          <w:bCs/>
          <w:color w:val="C44048"/>
          <w:lang w:val="fr-BE"/>
        </w:rPr>
      </w:pPr>
    </w:p>
    <w:p w14:paraId="18654B77" w14:textId="695620A8" w:rsidR="007F03B7" w:rsidRPr="004F0D6D" w:rsidRDefault="00140FA7" w:rsidP="00140FA7">
      <w:pPr>
        <w:tabs>
          <w:tab w:val="left" w:pos="1302"/>
        </w:tabs>
        <w:spacing w:after="0"/>
        <w:rPr>
          <w:b/>
          <w:bCs/>
          <w:color w:val="C44048"/>
          <w:lang w:val="fr-BE"/>
        </w:rPr>
      </w:pPr>
      <w:r>
        <w:rPr>
          <w:b/>
          <w:bCs/>
          <w:color w:val="C44048"/>
          <w:lang w:val="fr-BE"/>
        </w:rPr>
        <w:t>LBFA</w:t>
      </w:r>
    </w:p>
    <w:tbl>
      <w:tblPr>
        <w:tblStyle w:val="Grilledutableau"/>
        <w:tblW w:w="9634" w:type="dxa"/>
        <w:tblBorders>
          <w:top w:val="single" w:sz="4" w:space="0" w:color="C44048"/>
          <w:left w:val="single" w:sz="4" w:space="0" w:color="C44048"/>
          <w:bottom w:val="single" w:sz="4" w:space="0" w:color="C44048"/>
          <w:right w:val="single" w:sz="4" w:space="0" w:color="C44048"/>
          <w:insideH w:val="single" w:sz="4" w:space="0" w:color="C44048"/>
          <w:insideV w:val="single" w:sz="4" w:space="0" w:color="C44048"/>
        </w:tblBorders>
        <w:tblLook w:val="04A0" w:firstRow="1" w:lastRow="0" w:firstColumn="1" w:lastColumn="0" w:noHBand="0" w:noVBand="1"/>
      </w:tblPr>
      <w:tblGrid>
        <w:gridCol w:w="562"/>
        <w:gridCol w:w="1985"/>
        <w:gridCol w:w="5670"/>
        <w:gridCol w:w="1417"/>
      </w:tblGrid>
      <w:tr w:rsidR="00140FA7" w:rsidRPr="00140FA7" w14:paraId="19AB8040" w14:textId="77777777" w:rsidTr="00140FA7">
        <w:tc>
          <w:tcPr>
            <w:tcW w:w="562" w:type="dxa"/>
            <w:vAlign w:val="center"/>
          </w:tcPr>
          <w:p w14:paraId="5C8F2C32" w14:textId="7777777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7B9F630F" w14:textId="4A86334F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140FA7">
              <w:rPr>
                <w:sz w:val="20"/>
                <w:szCs w:val="20"/>
                <w:lang w:val="fr-BE"/>
              </w:rPr>
              <w:t>15/05/2027</w:t>
            </w:r>
          </w:p>
        </w:tc>
        <w:tc>
          <w:tcPr>
            <w:tcW w:w="5670" w:type="dxa"/>
            <w:vAlign w:val="center"/>
          </w:tcPr>
          <w:p w14:paraId="2CA8420B" w14:textId="3B964879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140FA7">
              <w:rPr>
                <w:sz w:val="20"/>
                <w:szCs w:val="20"/>
                <w:lang w:val="fr-BE"/>
              </w:rPr>
              <w:t>Intercercles TC LBFA (Divisions I à V)</w:t>
            </w:r>
          </w:p>
        </w:tc>
        <w:tc>
          <w:tcPr>
            <w:tcW w:w="1417" w:type="dxa"/>
            <w:tcBorders>
              <w:bottom w:val="single" w:sz="4" w:space="0" w:color="C44048"/>
            </w:tcBorders>
            <w:vAlign w:val="center"/>
          </w:tcPr>
          <w:p w14:paraId="4DFA62C2" w14:textId="52832B20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140FA7">
              <w:rPr>
                <w:sz w:val="20"/>
                <w:szCs w:val="20"/>
                <w:lang w:val="fr-BE"/>
              </w:rPr>
              <w:t xml:space="preserve">Division : </w:t>
            </w:r>
          </w:p>
        </w:tc>
      </w:tr>
      <w:tr w:rsidR="00140FA7" w:rsidRPr="00140FA7" w14:paraId="0B7D9E93" w14:textId="77777777" w:rsidTr="00140FA7">
        <w:tc>
          <w:tcPr>
            <w:tcW w:w="562" w:type="dxa"/>
            <w:vAlign w:val="center"/>
          </w:tcPr>
          <w:p w14:paraId="6363CD92" w14:textId="7777777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06D24E55" w14:textId="2F26F33B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140FA7">
              <w:rPr>
                <w:sz w:val="20"/>
                <w:szCs w:val="20"/>
                <w:lang w:val="fr-BE"/>
              </w:rPr>
              <w:t>29/05/2027</w:t>
            </w:r>
          </w:p>
        </w:tc>
        <w:tc>
          <w:tcPr>
            <w:tcW w:w="5670" w:type="dxa"/>
            <w:tcBorders>
              <w:bottom w:val="single" w:sz="4" w:space="0" w:color="C44048"/>
            </w:tcBorders>
            <w:vAlign w:val="center"/>
          </w:tcPr>
          <w:p w14:paraId="4D13C2C2" w14:textId="30575EA9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140FA7">
              <w:rPr>
                <w:sz w:val="20"/>
                <w:szCs w:val="20"/>
                <w:lang w:val="fr-BE"/>
              </w:rPr>
              <w:t>Intercercles U16-U18 LBFA (Divisions I à IV)</w:t>
            </w:r>
          </w:p>
        </w:tc>
        <w:tc>
          <w:tcPr>
            <w:tcW w:w="1417" w:type="dxa"/>
            <w:tcBorders>
              <w:bottom w:val="single" w:sz="4" w:space="0" w:color="C44048"/>
            </w:tcBorders>
            <w:vAlign w:val="center"/>
          </w:tcPr>
          <w:p w14:paraId="0A2368F1" w14:textId="4739C88F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140FA7">
              <w:rPr>
                <w:sz w:val="20"/>
                <w:szCs w:val="20"/>
                <w:lang w:val="fr-BE"/>
              </w:rPr>
              <w:t>Division :</w:t>
            </w:r>
          </w:p>
        </w:tc>
      </w:tr>
      <w:tr w:rsidR="00140FA7" w:rsidRPr="00140FA7" w14:paraId="629B8573" w14:textId="77777777" w:rsidTr="00140FA7">
        <w:tc>
          <w:tcPr>
            <w:tcW w:w="562" w:type="dxa"/>
            <w:vAlign w:val="center"/>
          </w:tcPr>
          <w:p w14:paraId="6D3929A4" w14:textId="7777777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44FF7A47" w14:textId="7E429E36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140FA7">
              <w:rPr>
                <w:sz w:val="20"/>
                <w:szCs w:val="20"/>
                <w:lang w:val="fr-BE"/>
              </w:rPr>
              <w:t>13/06/2027</w:t>
            </w:r>
          </w:p>
        </w:tc>
        <w:tc>
          <w:tcPr>
            <w:tcW w:w="5670" w:type="dxa"/>
            <w:tcBorders>
              <w:right w:val="single" w:sz="4" w:space="0" w:color="C44048"/>
            </w:tcBorders>
            <w:vAlign w:val="center"/>
          </w:tcPr>
          <w:p w14:paraId="1802DFD2" w14:textId="45B6C643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674159">
              <w:rPr>
                <w:sz w:val="20"/>
                <w:szCs w:val="20"/>
                <w:lang w:val="fr-BE"/>
              </w:rPr>
              <w:t>Interclubs Masters VAL/LBFA</w:t>
            </w:r>
          </w:p>
        </w:tc>
        <w:tc>
          <w:tcPr>
            <w:tcW w:w="1417" w:type="dxa"/>
            <w:tcBorders>
              <w:top w:val="single" w:sz="4" w:space="0" w:color="C44048"/>
              <w:left w:val="single" w:sz="4" w:space="0" w:color="C44048"/>
              <w:bottom w:val="nil"/>
              <w:right w:val="nil"/>
            </w:tcBorders>
            <w:vAlign w:val="center"/>
          </w:tcPr>
          <w:p w14:paraId="41512F97" w14:textId="7777777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</w:tr>
      <w:tr w:rsidR="00140FA7" w:rsidRPr="00844AFD" w14:paraId="48781B16" w14:textId="77777777" w:rsidTr="00140FA7">
        <w:tc>
          <w:tcPr>
            <w:tcW w:w="562" w:type="dxa"/>
            <w:vAlign w:val="center"/>
          </w:tcPr>
          <w:p w14:paraId="035B8591" w14:textId="7777777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691FB7A8" w14:textId="1D034E2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140FA7">
              <w:rPr>
                <w:sz w:val="20"/>
                <w:szCs w:val="20"/>
                <w:lang w:val="fr-BE"/>
              </w:rPr>
              <w:t>03-04/07/2027</w:t>
            </w:r>
          </w:p>
        </w:tc>
        <w:tc>
          <w:tcPr>
            <w:tcW w:w="5670" w:type="dxa"/>
            <w:tcBorders>
              <w:right w:val="single" w:sz="4" w:space="0" w:color="C44048"/>
            </w:tcBorders>
            <w:vAlign w:val="center"/>
          </w:tcPr>
          <w:p w14:paraId="00D599C7" w14:textId="2911E1D0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140FA7">
              <w:rPr>
                <w:sz w:val="20"/>
                <w:szCs w:val="20"/>
                <w:lang w:val="fr-BE"/>
              </w:rPr>
              <w:t>Championnats LBFA d’épreuves combinées Cad/Scol/Jun/Sen/Mas</w:t>
            </w:r>
          </w:p>
        </w:tc>
        <w:tc>
          <w:tcPr>
            <w:tcW w:w="1417" w:type="dxa"/>
            <w:tcBorders>
              <w:top w:val="nil"/>
              <w:left w:val="single" w:sz="4" w:space="0" w:color="C44048"/>
              <w:bottom w:val="nil"/>
              <w:right w:val="nil"/>
            </w:tcBorders>
            <w:vAlign w:val="center"/>
          </w:tcPr>
          <w:p w14:paraId="1D79106E" w14:textId="7777777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</w:tr>
      <w:tr w:rsidR="00140FA7" w:rsidRPr="00844AFD" w14:paraId="38A76B69" w14:textId="77777777" w:rsidTr="00140FA7">
        <w:tc>
          <w:tcPr>
            <w:tcW w:w="562" w:type="dxa"/>
            <w:vAlign w:val="center"/>
          </w:tcPr>
          <w:p w14:paraId="42B3F924" w14:textId="7777777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0D69A9A8" w14:textId="350A5A8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140FA7">
              <w:rPr>
                <w:sz w:val="20"/>
                <w:szCs w:val="20"/>
                <w:lang w:val="fr-BE"/>
              </w:rPr>
              <w:t>10</w:t>
            </w:r>
            <w:r w:rsidR="00714313">
              <w:rPr>
                <w:sz w:val="20"/>
                <w:szCs w:val="20"/>
                <w:lang w:val="fr-BE"/>
              </w:rPr>
              <w:t xml:space="preserve"> ou </w:t>
            </w:r>
            <w:r w:rsidRPr="00140FA7">
              <w:rPr>
                <w:sz w:val="20"/>
                <w:szCs w:val="20"/>
                <w:lang w:val="fr-BE"/>
              </w:rPr>
              <w:t>11/07/2027</w:t>
            </w:r>
          </w:p>
        </w:tc>
        <w:tc>
          <w:tcPr>
            <w:tcW w:w="5670" w:type="dxa"/>
            <w:tcBorders>
              <w:right w:val="single" w:sz="4" w:space="0" w:color="C44048"/>
            </w:tcBorders>
            <w:vAlign w:val="center"/>
          </w:tcPr>
          <w:p w14:paraId="299E41C3" w14:textId="3F417BEE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674159">
              <w:rPr>
                <w:sz w:val="20"/>
                <w:szCs w:val="20"/>
                <w:lang w:val="fr-BE"/>
              </w:rPr>
              <w:t>Allianz Championnats LBFA Toutes Catégories</w:t>
            </w:r>
          </w:p>
        </w:tc>
        <w:tc>
          <w:tcPr>
            <w:tcW w:w="1417" w:type="dxa"/>
            <w:tcBorders>
              <w:top w:val="nil"/>
              <w:left w:val="single" w:sz="4" w:space="0" w:color="C44048"/>
              <w:bottom w:val="nil"/>
              <w:right w:val="nil"/>
            </w:tcBorders>
            <w:vAlign w:val="center"/>
          </w:tcPr>
          <w:p w14:paraId="374DA45E" w14:textId="7777777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</w:tr>
      <w:tr w:rsidR="00140FA7" w:rsidRPr="00844AFD" w14:paraId="054F38EB" w14:textId="77777777" w:rsidTr="00140FA7">
        <w:tc>
          <w:tcPr>
            <w:tcW w:w="562" w:type="dxa"/>
            <w:vAlign w:val="center"/>
          </w:tcPr>
          <w:p w14:paraId="09D07D01" w14:textId="7777777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1E584B62" w14:textId="3DAE711D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140FA7">
              <w:rPr>
                <w:sz w:val="20"/>
                <w:szCs w:val="20"/>
                <w:lang w:val="fr-BE"/>
              </w:rPr>
              <w:t>28-29/08/2027</w:t>
            </w:r>
          </w:p>
        </w:tc>
        <w:tc>
          <w:tcPr>
            <w:tcW w:w="5670" w:type="dxa"/>
            <w:tcBorders>
              <w:right w:val="single" w:sz="4" w:space="0" w:color="C44048"/>
            </w:tcBorders>
            <w:vAlign w:val="center"/>
          </w:tcPr>
          <w:p w14:paraId="3C50B509" w14:textId="6DE5D772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674159">
              <w:rPr>
                <w:sz w:val="20"/>
                <w:szCs w:val="20"/>
                <w:lang w:val="fr-BE"/>
              </w:rPr>
              <w:t>Championnats LBFA U16, U18, U20, U23</w:t>
            </w:r>
          </w:p>
        </w:tc>
        <w:tc>
          <w:tcPr>
            <w:tcW w:w="1417" w:type="dxa"/>
            <w:tcBorders>
              <w:top w:val="nil"/>
              <w:left w:val="single" w:sz="4" w:space="0" w:color="C44048"/>
              <w:bottom w:val="nil"/>
              <w:right w:val="nil"/>
            </w:tcBorders>
            <w:vAlign w:val="center"/>
          </w:tcPr>
          <w:p w14:paraId="7F3DEA37" w14:textId="7777777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</w:tr>
      <w:tr w:rsidR="00140FA7" w:rsidRPr="00844AFD" w14:paraId="28513955" w14:textId="77777777" w:rsidTr="00140FA7">
        <w:tc>
          <w:tcPr>
            <w:tcW w:w="562" w:type="dxa"/>
            <w:vAlign w:val="center"/>
          </w:tcPr>
          <w:p w14:paraId="4B474971" w14:textId="7777777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08D94520" w14:textId="6A9FED9E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140FA7">
              <w:rPr>
                <w:sz w:val="20"/>
                <w:szCs w:val="20"/>
                <w:lang w:val="fr-BE"/>
              </w:rPr>
              <w:t>18/09/2027</w:t>
            </w:r>
          </w:p>
        </w:tc>
        <w:tc>
          <w:tcPr>
            <w:tcW w:w="5670" w:type="dxa"/>
            <w:tcBorders>
              <w:right w:val="single" w:sz="4" w:space="0" w:color="C44048"/>
            </w:tcBorders>
            <w:vAlign w:val="center"/>
          </w:tcPr>
          <w:p w14:paraId="123DA4A2" w14:textId="65A1A858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674159">
              <w:rPr>
                <w:sz w:val="20"/>
                <w:szCs w:val="20"/>
                <w:lang w:val="fr-BE"/>
              </w:rPr>
              <w:t>Finale du Challenge BPM Eric De Meu</w:t>
            </w:r>
          </w:p>
        </w:tc>
        <w:tc>
          <w:tcPr>
            <w:tcW w:w="1417" w:type="dxa"/>
            <w:tcBorders>
              <w:top w:val="nil"/>
              <w:left w:val="single" w:sz="4" w:space="0" w:color="C44048"/>
              <w:bottom w:val="nil"/>
              <w:right w:val="nil"/>
            </w:tcBorders>
            <w:vAlign w:val="center"/>
          </w:tcPr>
          <w:p w14:paraId="61E1A3AE" w14:textId="77777777" w:rsidR="00140FA7" w:rsidRPr="00140FA7" w:rsidRDefault="00140FA7" w:rsidP="00140FA7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</w:tr>
    </w:tbl>
    <w:p w14:paraId="4916DEDC" w14:textId="77777777" w:rsidR="00140FA7" w:rsidRDefault="00140FA7" w:rsidP="00140FA7">
      <w:pPr>
        <w:tabs>
          <w:tab w:val="left" w:pos="1302"/>
        </w:tabs>
        <w:spacing w:after="0"/>
        <w:rPr>
          <w:lang w:val="fr-BE"/>
        </w:rPr>
      </w:pPr>
    </w:p>
    <w:p w14:paraId="25141C7E" w14:textId="563AC035" w:rsidR="00140FA7" w:rsidRPr="004F0D6D" w:rsidRDefault="00140FA7" w:rsidP="00140FA7">
      <w:pPr>
        <w:tabs>
          <w:tab w:val="left" w:pos="1302"/>
        </w:tabs>
        <w:spacing w:after="0"/>
        <w:rPr>
          <w:b/>
          <w:bCs/>
          <w:color w:val="C44048"/>
          <w:lang w:val="fr-BE"/>
        </w:rPr>
      </w:pPr>
      <w:r>
        <w:rPr>
          <w:b/>
          <w:bCs/>
          <w:color w:val="C44048"/>
          <w:lang w:val="fr-BE"/>
        </w:rPr>
        <w:t>BELGIAN ATHLETICS</w:t>
      </w:r>
    </w:p>
    <w:tbl>
      <w:tblPr>
        <w:tblStyle w:val="Grilledutableau"/>
        <w:tblW w:w="9594" w:type="dxa"/>
        <w:tblBorders>
          <w:top w:val="single" w:sz="4" w:space="0" w:color="C44048"/>
          <w:left w:val="single" w:sz="4" w:space="0" w:color="C44048"/>
          <w:bottom w:val="single" w:sz="4" w:space="0" w:color="C44048"/>
          <w:right w:val="single" w:sz="4" w:space="0" w:color="C44048"/>
          <w:insideH w:val="single" w:sz="4" w:space="0" w:color="C44048"/>
          <w:insideV w:val="single" w:sz="4" w:space="0" w:color="C44048"/>
        </w:tblBorders>
        <w:tblLook w:val="04A0" w:firstRow="1" w:lastRow="0" w:firstColumn="1" w:lastColumn="0" w:noHBand="0" w:noVBand="1"/>
      </w:tblPr>
      <w:tblGrid>
        <w:gridCol w:w="562"/>
        <w:gridCol w:w="1985"/>
        <w:gridCol w:w="5670"/>
        <w:gridCol w:w="1377"/>
      </w:tblGrid>
      <w:tr w:rsidR="00140FA7" w:rsidRPr="00472183" w14:paraId="44254848" w14:textId="77777777" w:rsidTr="001B5156">
        <w:tc>
          <w:tcPr>
            <w:tcW w:w="562" w:type="dxa"/>
            <w:vAlign w:val="center"/>
          </w:tcPr>
          <w:p w14:paraId="0F95C825" w14:textId="77777777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002BFA07" w14:textId="1F11D84B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>16/05/2027</w:t>
            </w:r>
          </w:p>
        </w:tc>
        <w:tc>
          <w:tcPr>
            <w:tcW w:w="5670" w:type="dxa"/>
            <w:tcBorders>
              <w:bottom w:val="single" w:sz="4" w:space="0" w:color="C44048"/>
            </w:tcBorders>
            <w:vAlign w:val="center"/>
          </w:tcPr>
          <w:p w14:paraId="32239611" w14:textId="01227E68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>Intercercles Nationaux (Super League et First League)</w:t>
            </w:r>
          </w:p>
        </w:tc>
        <w:tc>
          <w:tcPr>
            <w:tcW w:w="1377" w:type="dxa"/>
            <w:tcBorders>
              <w:bottom w:val="single" w:sz="4" w:space="0" w:color="C44048"/>
            </w:tcBorders>
            <w:vAlign w:val="center"/>
          </w:tcPr>
          <w:p w14:paraId="1A40D482" w14:textId="77777777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 xml:space="preserve">Division : </w:t>
            </w:r>
          </w:p>
        </w:tc>
      </w:tr>
      <w:tr w:rsidR="00140FA7" w:rsidRPr="00472183" w14:paraId="626B5AB3" w14:textId="77777777" w:rsidTr="001B5156">
        <w:tc>
          <w:tcPr>
            <w:tcW w:w="562" w:type="dxa"/>
            <w:vAlign w:val="center"/>
          </w:tcPr>
          <w:p w14:paraId="6552CFD1" w14:textId="77777777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34FB60B7" w14:textId="4AA74CD9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>05-06/0</w:t>
            </w:r>
            <w:r w:rsidR="00714313">
              <w:rPr>
                <w:sz w:val="20"/>
                <w:szCs w:val="20"/>
                <w:lang w:val="fr-BE"/>
              </w:rPr>
              <w:t>6</w:t>
            </w:r>
            <w:r w:rsidRPr="00472183">
              <w:rPr>
                <w:sz w:val="20"/>
                <w:szCs w:val="20"/>
                <w:lang w:val="fr-BE"/>
              </w:rPr>
              <w:t>/2027</w:t>
            </w:r>
          </w:p>
        </w:tc>
        <w:tc>
          <w:tcPr>
            <w:tcW w:w="5670" w:type="dxa"/>
            <w:tcBorders>
              <w:bottom w:val="single" w:sz="4" w:space="0" w:color="C44048"/>
              <w:right w:val="single" w:sz="4" w:space="0" w:color="C44048"/>
            </w:tcBorders>
            <w:vAlign w:val="center"/>
          </w:tcPr>
          <w:p w14:paraId="2ABA1384" w14:textId="097E488A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>Championnats de Belgique Masters</w:t>
            </w:r>
          </w:p>
        </w:tc>
        <w:tc>
          <w:tcPr>
            <w:tcW w:w="1377" w:type="dxa"/>
            <w:tcBorders>
              <w:top w:val="single" w:sz="4" w:space="0" w:color="C44048"/>
              <w:left w:val="single" w:sz="4" w:space="0" w:color="C44048"/>
              <w:bottom w:val="nil"/>
              <w:right w:val="nil"/>
            </w:tcBorders>
            <w:vAlign w:val="center"/>
          </w:tcPr>
          <w:p w14:paraId="3F8B69EC" w14:textId="0A6B398A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</w:tr>
      <w:tr w:rsidR="00140FA7" w:rsidRPr="00844AFD" w14:paraId="7FAA146E" w14:textId="77777777" w:rsidTr="001B5156">
        <w:tc>
          <w:tcPr>
            <w:tcW w:w="562" w:type="dxa"/>
            <w:vAlign w:val="center"/>
          </w:tcPr>
          <w:p w14:paraId="4B83684F" w14:textId="77777777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0B456C07" w14:textId="0FC36CC9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>31/07-01/08/2027</w:t>
            </w:r>
          </w:p>
        </w:tc>
        <w:tc>
          <w:tcPr>
            <w:tcW w:w="5670" w:type="dxa"/>
            <w:tcBorders>
              <w:right w:val="single" w:sz="4" w:space="0" w:color="C44048"/>
            </w:tcBorders>
            <w:vAlign w:val="center"/>
          </w:tcPr>
          <w:p w14:paraId="014E0D68" w14:textId="1B20331E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>Allianz Belgian Championships Toutes Catégories + U23 (avec marteau) + Championnats de Belgique de parathlétisme (PHY/VIS)</w:t>
            </w:r>
          </w:p>
        </w:tc>
        <w:tc>
          <w:tcPr>
            <w:tcW w:w="1377" w:type="dxa"/>
            <w:tcBorders>
              <w:top w:val="nil"/>
              <w:left w:val="single" w:sz="4" w:space="0" w:color="C44048"/>
              <w:bottom w:val="nil"/>
              <w:right w:val="nil"/>
            </w:tcBorders>
            <w:vAlign w:val="center"/>
          </w:tcPr>
          <w:p w14:paraId="2A64FF7C" w14:textId="77777777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</w:tr>
      <w:tr w:rsidR="00140FA7" w:rsidRPr="00844AFD" w14:paraId="16E76639" w14:textId="77777777" w:rsidTr="00140FA7">
        <w:tc>
          <w:tcPr>
            <w:tcW w:w="562" w:type="dxa"/>
            <w:vAlign w:val="center"/>
          </w:tcPr>
          <w:p w14:paraId="3ADECA3E" w14:textId="77777777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10017B93" w14:textId="50471FF7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>07-08/08/2027</w:t>
            </w:r>
          </w:p>
        </w:tc>
        <w:tc>
          <w:tcPr>
            <w:tcW w:w="5670" w:type="dxa"/>
            <w:tcBorders>
              <w:right w:val="single" w:sz="4" w:space="0" w:color="C44048"/>
            </w:tcBorders>
            <w:vAlign w:val="center"/>
          </w:tcPr>
          <w:p w14:paraId="23EE8215" w14:textId="2731C6EE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>Championnats de Belgique d’épreuves combinées Cad/Scol/Jun/Sen/Mas</w:t>
            </w:r>
          </w:p>
        </w:tc>
        <w:tc>
          <w:tcPr>
            <w:tcW w:w="1377" w:type="dxa"/>
            <w:tcBorders>
              <w:top w:val="nil"/>
              <w:left w:val="single" w:sz="4" w:space="0" w:color="C44048"/>
              <w:bottom w:val="nil"/>
              <w:right w:val="nil"/>
            </w:tcBorders>
            <w:vAlign w:val="center"/>
          </w:tcPr>
          <w:p w14:paraId="100124A4" w14:textId="77777777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</w:tr>
      <w:tr w:rsidR="00140FA7" w:rsidRPr="00844AFD" w14:paraId="0D727A07" w14:textId="77777777" w:rsidTr="00140FA7">
        <w:tc>
          <w:tcPr>
            <w:tcW w:w="562" w:type="dxa"/>
            <w:vAlign w:val="center"/>
          </w:tcPr>
          <w:p w14:paraId="4649467D" w14:textId="77777777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04220294" w14:textId="4C564D44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>04-05/09/2027</w:t>
            </w:r>
          </w:p>
        </w:tc>
        <w:tc>
          <w:tcPr>
            <w:tcW w:w="5670" w:type="dxa"/>
            <w:tcBorders>
              <w:right w:val="single" w:sz="4" w:space="0" w:color="C44048"/>
            </w:tcBorders>
            <w:vAlign w:val="center"/>
          </w:tcPr>
          <w:p w14:paraId="27C9A116" w14:textId="41282C92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>Championnats de Belgique U16, U18, U20 (avec marteau)</w:t>
            </w:r>
          </w:p>
        </w:tc>
        <w:tc>
          <w:tcPr>
            <w:tcW w:w="1377" w:type="dxa"/>
            <w:tcBorders>
              <w:top w:val="nil"/>
              <w:left w:val="single" w:sz="4" w:space="0" w:color="C44048"/>
              <w:bottom w:val="nil"/>
              <w:right w:val="nil"/>
            </w:tcBorders>
            <w:vAlign w:val="center"/>
          </w:tcPr>
          <w:p w14:paraId="7D35A11B" w14:textId="77777777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</w:tr>
      <w:tr w:rsidR="00140FA7" w:rsidRPr="00844AFD" w14:paraId="235666A6" w14:textId="77777777" w:rsidTr="00140FA7">
        <w:tc>
          <w:tcPr>
            <w:tcW w:w="562" w:type="dxa"/>
            <w:vAlign w:val="center"/>
          </w:tcPr>
          <w:p w14:paraId="7BC023B3" w14:textId="77777777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1985" w:type="dxa"/>
            <w:vAlign w:val="center"/>
          </w:tcPr>
          <w:p w14:paraId="15267CF8" w14:textId="1B04AB71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>12/09/2027</w:t>
            </w:r>
          </w:p>
        </w:tc>
        <w:tc>
          <w:tcPr>
            <w:tcW w:w="5670" w:type="dxa"/>
            <w:tcBorders>
              <w:right w:val="single" w:sz="4" w:space="0" w:color="C44048"/>
            </w:tcBorders>
            <w:vAlign w:val="center"/>
          </w:tcPr>
          <w:p w14:paraId="00950226" w14:textId="0F314538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  <w:r w:rsidRPr="00472183">
              <w:rPr>
                <w:sz w:val="20"/>
                <w:szCs w:val="20"/>
                <w:lang w:val="fr-BE"/>
              </w:rPr>
              <w:t>Championnats de Belgique de Relais + Relais Handisport</w:t>
            </w:r>
          </w:p>
        </w:tc>
        <w:tc>
          <w:tcPr>
            <w:tcW w:w="1377" w:type="dxa"/>
            <w:tcBorders>
              <w:top w:val="nil"/>
              <w:left w:val="single" w:sz="4" w:space="0" w:color="C44048"/>
              <w:bottom w:val="nil"/>
              <w:right w:val="nil"/>
            </w:tcBorders>
            <w:vAlign w:val="center"/>
          </w:tcPr>
          <w:p w14:paraId="6F802D4A" w14:textId="77777777" w:rsidR="00140FA7" w:rsidRPr="00472183" w:rsidRDefault="00140FA7" w:rsidP="00F265BC">
            <w:pPr>
              <w:tabs>
                <w:tab w:val="left" w:pos="1302"/>
              </w:tabs>
              <w:spacing w:after="0"/>
              <w:rPr>
                <w:sz w:val="20"/>
                <w:szCs w:val="20"/>
                <w:lang w:val="fr-BE"/>
              </w:rPr>
            </w:pPr>
          </w:p>
        </w:tc>
      </w:tr>
    </w:tbl>
    <w:p w14:paraId="664FCEA4" w14:textId="77777777" w:rsidR="00A362E5" w:rsidRPr="001B5156" w:rsidRDefault="00A362E5" w:rsidP="00F071B2">
      <w:pPr>
        <w:spacing w:after="0"/>
        <w:rPr>
          <w:lang w:val="fr-BE"/>
        </w:rPr>
      </w:pPr>
    </w:p>
    <w:p w14:paraId="5F0A504A" w14:textId="42E5F16A" w:rsidR="00AC09D0" w:rsidRPr="00F071B2" w:rsidRDefault="00F071B2">
      <w:pPr>
        <w:rPr>
          <w:sz w:val="20"/>
          <w:szCs w:val="20"/>
          <w:lang w:val="fr-BE"/>
        </w:rPr>
      </w:pPr>
      <w:r w:rsidRPr="00F071B2">
        <w:rPr>
          <w:sz w:val="20"/>
          <w:szCs w:val="20"/>
          <w:lang w:val="fr-BE"/>
        </w:rPr>
        <w:t>Un cercle peut poser sa candidature pour plusieurs organisations</w:t>
      </w:r>
      <w:r w:rsidR="001B5156">
        <w:rPr>
          <w:sz w:val="20"/>
          <w:szCs w:val="20"/>
          <w:lang w:val="fr-BE"/>
        </w:rPr>
        <w:t xml:space="preserve">. </w:t>
      </w:r>
      <w:r w:rsidR="001B5156" w:rsidRPr="001B5156">
        <w:rPr>
          <w:sz w:val="20"/>
          <w:szCs w:val="20"/>
          <w:lang w:val="fr-BE"/>
        </w:rPr>
        <w:t>Il est toutefois susceptible d’être retenu pour chacune des organisations demandées.</w:t>
      </w:r>
    </w:p>
    <w:p w14:paraId="1EB76849" w14:textId="0874D602" w:rsidR="00A362E5" w:rsidRPr="00F071B2" w:rsidRDefault="00F071B2">
      <w:pPr>
        <w:rPr>
          <w:lang w:val="fr-FR"/>
        </w:rPr>
      </w:pPr>
      <w:r w:rsidRPr="00F071B2">
        <w:rPr>
          <w:lang w:val="fr-FR"/>
        </w:rPr>
        <w:t>Signature du Président</w:t>
      </w:r>
      <w:r w:rsidRPr="00F071B2">
        <w:rPr>
          <w:lang w:val="fr-FR"/>
        </w:rPr>
        <w:tab/>
      </w:r>
      <w:r w:rsidRPr="00F071B2">
        <w:rPr>
          <w:lang w:val="fr-FR"/>
        </w:rPr>
        <w:tab/>
      </w:r>
      <w:r w:rsidRPr="00F071B2">
        <w:rPr>
          <w:lang w:val="fr-FR"/>
        </w:rPr>
        <w:tab/>
      </w:r>
      <w:r w:rsidRPr="00F071B2">
        <w:rPr>
          <w:lang w:val="fr-FR"/>
        </w:rPr>
        <w:tab/>
      </w:r>
      <w:r w:rsidRPr="00F071B2">
        <w:rPr>
          <w:lang w:val="fr-FR"/>
        </w:rPr>
        <w:tab/>
        <w:t>Signature du Secrétaire</w:t>
      </w:r>
    </w:p>
    <w:sectPr w:rsidR="00A362E5" w:rsidRPr="00F071B2" w:rsidSect="000C154F">
      <w:headerReference w:type="default" r:id="rId9"/>
      <w:footerReference w:type="default" r:id="rId10"/>
      <w:pgSz w:w="12240" w:h="15840"/>
      <w:pgMar w:top="1417" w:right="1417" w:bottom="1417" w:left="1417" w:header="720" w:footer="3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16E8C" w14:textId="77777777" w:rsidR="00C37A45" w:rsidRDefault="00C37A45">
      <w:pPr>
        <w:spacing w:after="0" w:line="240" w:lineRule="auto"/>
      </w:pPr>
      <w:r>
        <w:separator/>
      </w:r>
    </w:p>
  </w:endnote>
  <w:endnote w:type="continuationSeparator" w:id="0">
    <w:p w14:paraId="24C5C55A" w14:textId="77777777" w:rsidR="00C37A45" w:rsidRDefault="00C37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C9D2C" w14:textId="1E5DD2C3" w:rsidR="001D6E2F" w:rsidRPr="00FE4E46" w:rsidRDefault="00FE4E46" w:rsidP="00FE4E46">
    <w:pPr>
      <w:pStyle w:val="Pieddepage"/>
      <w:rPr>
        <w:color w:val="C44149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9504" behindDoc="0" locked="0" layoutInCell="1" allowOverlap="1" wp14:anchorId="54996FE4" wp14:editId="1D6652E0">
              <wp:simplePos x="0" y="0"/>
              <wp:positionH relativeFrom="column">
                <wp:posOffset>957</wp:posOffset>
              </wp:positionH>
              <wp:positionV relativeFrom="paragraph">
                <wp:posOffset>-412627</wp:posOffset>
              </wp:positionV>
              <wp:extent cx="5958840" cy="0"/>
              <wp:effectExtent l="0" t="0" r="0" b="0"/>
              <wp:wrapNone/>
              <wp:docPr id="551120909" name="Connecteur droi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5884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C44048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83A24D" id="Connecteur droit 1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-32.5pt" to="469.3pt,-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" strokecolor="#c44048" strokeweight="1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9861511" wp14:editId="27E32823">
              <wp:simplePos x="0" y="0"/>
              <wp:positionH relativeFrom="column">
                <wp:posOffset>-99695</wp:posOffset>
              </wp:positionH>
              <wp:positionV relativeFrom="paragraph">
                <wp:posOffset>-375285</wp:posOffset>
              </wp:positionV>
              <wp:extent cx="4219575" cy="599440"/>
              <wp:effectExtent l="0" t="0" r="0" b="0"/>
              <wp:wrapNone/>
              <wp:docPr id="31757626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219575" cy="599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035CC7" w14:textId="77777777" w:rsidR="00FE4E46" w:rsidRPr="001F7FA8" w:rsidRDefault="00FE4E46" w:rsidP="00FE4E46">
                          <w:pPr>
                            <w:spacing w:after="0"/>
                            <w:rPr>
                              <w:rFonts w:cs="Open Sans"/>
                              <w:sz w:val="16"/>
                              <w:szCs w:val="16"/>
                              <w:lang w:val="fr-BE"/>
                            </w:rPr>
                          </w:pPr>
                          <w:r w:rsidRPr="001F7FA8">
                            <w:rPr>
                              <w:rFonts w:cs="Open Sans"/>
                              <w:b/>
                              <w:bCs/>
                              <w:sz w:val="16"/>
                              <w:szCs w:val="16"/>
                              <w:lang w:val="fr-BE"/>
                            </w:rPr>
                            <w:t>Ligue Belge Francophone d’Athlétisme</w:t>
                          </w:r>
                          <w:r w:rsidRPr="001F7FA8">
                            <w:rPr>
                              <w:rFonts w:cs="Open Sans"/>
                              <w:sz w:val="16"/>
                              <w:szCs w:val="16"/>
                              <w:lang w:val="fr-BE"/>
                            </w:rPr>
                            <w:t xml:space="preserve"> (LBFA)</w:t>
                          </w:r>
                        </w:p>
                        <w:p w14:paraId="650B20BF" w14:textId="77777777" w:rsidR="00FE4E46" w:rsidRPr="001F7FA8" w:rsidRDefault="00FE4E46" w:rsidP="00FE4E46">
                          <w:pPr>
                            <w:spacing w:after="0"/>
                            <w:rPr>
                              <w:rFonts w:cs="Open Sans"/>
                              <w:sz w:val="16"/>
                              <w:szCs w:val="16"/>
                              <w:lang w:val="fr-BE"/>
                            </w:rPr>
                          </w:pPr>
                          <w:r w:rsidRPr="001F7FA8">
                            <w:rPr>
                              <w:rFonts w:cs="Open Sans"/>
                              <w:sz w:val="16"/>
                              <w:szCs w:val="16"/>
                              <w:lang w:val="fr-BE"/>
                            </w:rPr>
                            <w:t>Avenue de Marathon 119 D, 1020 Bruxelles, Belgique</w:t>
                          </w:r>
                        </w:p>
                        <w:p w14:paraId="76F43326" w14:textId="77777777" w:rsidR="00FE4E46" w:rsidRPr="001F7FA8" w:rsidRDefault="00FE4E46" w:rsidP="00FE4E46">
                          <w:pPr>
                            <w:spacing w:after="0"/>
                            <w:rPr>
                              <w:rFonts w:cs="Open Sans"/>
                              <w:sz w:val="16"/>
                              <w:szCs w:val="16"/>
                              <w:lang w:val="fr-BE"/>
                            </w:rPr>
                          </w:pPr>
                          <w:r w:rsidRPr="001F7FA8">
                            <w:rPr>
                              <w:rFonts w:cs="Open Sans"/>
                              <w:sz w:val="16"/>
                              <w:szCs w:val="16"/>
                              <w:lang w:val="fr-BE"/>
                            </w:rPr>
                            <w:t>+32 2 47 47 204 | info@lbfa.be | www.lbfa.be</w:t>
                          </w:r>
                        </w:p>
                        <w:p w14:paraId="115B2B00" w14:textId="77777777" w:rsidR="00FE4E46" w:rsidRPr="001F7FA8" w:rsidRDefault="00FE4E46" w:rsidP="00FE4E46">
                          <w:pPr>
                            <w:rPr>
                              <w:rFonts w:cs="Open Sans"/>
                              <w:sz w:val="16"/>
                              <w:szCs w:val="16"/>
                              <w:lang w:val="fr-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86151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7.85pt;margin-top:-29.55pt;width:332.25pt;height:4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" filled="f" stroked="f">
              <v:textbox>
                <w:txbxContent>
                  <w:p w14:paraId="5D035CC7" w14:textId="77777777" w:rsidR="00FE4E46" w:rsidRPr="001F7FA8" w:rsidRDefault="00FE4E46" w:rsidP="00FE4E46">
                    <w:pPr>
                      <w:spacing w:after="0"/>
                      <w:rPr>
                        <w:rFonts w:cs="Open Sans"/>
                        <w:sz w:val="16"/>
                        <w:szCs w:val="16"/>
                        <w:lang w:val="fr-BE"/>
                      </w:rPr>
                    </w:pPr>
                    <w:r w:rsidRPr="001F7FA8">
                      <w:rPr>
                        <w:rFonts w:cs="Open Sans"/>
                        <w:b/>
                        <w:bCs/>
                        <w:sz w:val="16"/>
                        <w:szCs w:val="16"/>
                        <w:lang w:val="fr-BE"/>
                      </w:rPr>
                      <w:t>Ligue Belge Francophone d’Athlétisme</w:t>
                    </w:r>
                    <w:r w:rsidRPr="001F7FA8">
                      <w:rPr>
                        <w:rFonts w:cs="Open Sans"/>
                        <w:sz w:val="16"/>
                        <w:szCs w:val="16"/>
                        <w:lang w:val="fr-BE"/>
                      </w:rPr>
                      <w:t xml:space="preserve"> (LBFA)</w:t>
                    </w:r>
                  </w:p>
                  <w:p w14:paraId="650B20BF" w14:textId="77777777" w:rsidR="00FE4E46" w:rsidRPr="001F7FA8" w:rsidRDefault="00FE4E46" w:rsidP="00FE4E46">
                    <w:pPr>
                      <w:spacing w:after="0"/>
                      <w:rPr>
                        <w:rFonts w:cs="Open Sans"/>
                        <w:sz w:val="16"/>
                        <w:szCs w:val="16"/>
                        <w:lang w:val="fr-BE"/>
                      </w:rPr>
                    </w:pPr>
                    <w:r w:rsidRPr="001F7FA8">
                      <w:rPr>
                        <w:rFonts w:cs="Open Sans"/>
                        <w:sz w:val="16"/>
                        <w:szCs w:val="16"/>
                        <w:lang w:val="fr-BE"/>
                      </w:rPr>
                      <w:t>Avenue de Marathon 119 D, 1020 Bruxelles, Belgique</w:t>
                    </w:r>
                  </w:p>
                  <w:p w14:paraId="76F43326" w14:textId="77777777" w:rsidR="00FE4E46" w:rsidRPr="001F7FA8" w:rsidRDefault="00FE4E46" w:rsidP="00FE4E46">
                    <w:pPr>
                      <w:spacing w:after="0"/>
                      <w:rPr>
                        <w:rFonts w:cs="Open Sans"/>
                        <w:sz w:val="16"/>
                        <w:szCs w:val="16"/>
                        <w:lang w:val="fr-BE"/>
                      </w:rPr>
                    </w:pPr>
                    <w:r w:rsidRPr="001F7FA8">
                      <w:rPr>
                        <w:rFonts w:cs="Open Sans"/>
                        <w:sz w:val="16"/>
                        <w:szCs w:val="16"/>
                        <w:lang w:val="fr-BE"/>
                      </w:rPr>
                      <w:t>+32 2 47 47 204 | info@lbfa.be | www.lbfa.be</w:t>
                    </w:r>
                  </w:p>
                  <w:p w14:paraId="115B2B00" w14:textId="77777777" w:rsidR="00FE4E46" w:rsidRPr="001F7FA8" w:rsidRDefault="00FE4E46" w:rsidP="00FE4E46">
                    <w:pPr>
                      <w:rPr>
                        <w:rFonts w:cs="Open Sans"/>
                        <w:sz w:val="16"/>
                        <w:szCs w:val="16"/>
                        <w:lang w:val="fr-BE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BEE1C" w14:textId="77777777" w:rsidR="00C37A45" w:rsidRDefault="00C37A45">
      <w:pPr>
        <w:spacing w:after="0" w:line="240" w:lineRule="auto"/>
      </w:pPr>
      <w:r>
        <w:separator/>
      </w:r>
    </w:p>
  </w:footnote>
  <w:footnote w:type="continuationSeparator" w:id="0">
    <w:p w14:paraId="02A345A3" w14:textId="77777777" w:rsidR="00C37A45" w:rsidRDefault="00C37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C56F0" w14:textId="1FBA67B0" w:rsidR="002F231E" w:rsidRDefault="002D202E" w:rsidP="0095721C">
    <w:pPr>
      <w:pStyle w:val="En-tte"/>
      <w:ind w:hanging="284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D288C6D" wp14:editId="2C0887E4">
              <wp:simplePos x="0" y="0"/>
              <wp:positionH relativeFrom="column">
                <wp:posOffset>2216785</wp:posOffset>
              </wp:positionH>
              <wp:positionV relativeFrom="paragraph">
                <wp:posOffset>381000</wp:posOffset>
              </wp:positionV>
              <wp:extent cx="3901440" cy="701675"/>
              <wp:effectExtent l="0" t="0" r="0" b="3175"/>
              <wp:wrapNone/>
              <wp:docPr id="563018791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01440" cy="70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E2CC0A" w14:textId="4F59D0EB" w:rsidR="002D202E" w:rsidRPr="004F0D6D" w:rsidRDefault="00140FA7" w:rsidP="002D202E">
                          <w:pPr>
                            <w:pStyle w:val="En-tte"/>
                            <w:jc w:val="right"/>
                            <w:rPr>
                              <w:color w:val="C44048"/>
                              <w:lang w:val="fr-BE"/>
                            </w:rPr>
                          </w:pPr>
                          <w:r w:rsidRPr="00140FA7">
                            <w:rPr>
                              <w:b/>
                              <w:color w:val="C44048"/>
                              <w:sz w:val="36"/>
                              <w:lang w:val="fr-BE"/>
                            </w:rPr>
                            <w:t>FORMULAIRE DE DEMANDE D’ORGANISATION 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288C6D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margin-left:174.55pt;margin-top:30pt;width:307.2pt;height:5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" filled="f" stroked="f">
              <v:textbox>
                <w:txbxContent>
                  <w:p w14:paraId="28E2CC0A" w14:textId="4F59D0EB" w:rsidR="002D202E" w:rsidRPr="004F0D6D" w:rsidRDefault="00140FA7" w:rsidP="002D202E">
                    <w:pPr>
                      <w:pStyle w:val="En-tte"/>
                      <w:jc w:val="right"/>
                      <w:rPr>
                        <w:color w:val="C44048"/>
                        <w:lang w:val="fr-BE"/>
                      </w:rPr>
                    </w:pPr>
                    <w:r w:rsidRPr="00140FA7">
                      <w:rPr>
                        <w:b/>
                        <w:color w:val="C44048"/>
                        <w:sz w:val="36"/>
                        <w:lang w:val="fr-BE"/>
                      </w:rPr>
                      <w:t>FORMULAIRE DE DEMANDE D’ORGANISATION 2027</w:t>
                    </w:r>
                  </w:p>
                </w:txbxContent>
              </v:textbox>
            </v:shape>
          </w:pict>
        </mc:Fallback>
      </mc:AlternateContent>
    </w:r>
    <w:sdt>
      <w:sdtPr>
        <w:rPr>
          <w:b/>
          <w:color w:val="C44149"/>
          <w:sz w:val="36"/>
          <w:lang w:val="fr-BE"/>
        </w:rPr>
        <w:id w:val="-1721432380"/>
        <w:docPartObj>
          <w:docPartGallery w:val="Page Numbers (Margins)"/>
          <w:docPartUnique/>
        </w:docPartObj>
      </w:sdtPr>
      <w:sdtContent>
        <w:r w:rsidR="00181DAB" w:rsidRPr="00181DAB">
          <w:rPr>
            <w:b/>
            <w:noProof/>
            <w:color w:val="C44149"/>
            <w:sz w:val="36"/>
            <w:lang w:val="fr-BE"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35E40CEA" wp14:editId="11B6533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57836465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D0365E" w14:textId="77777777" w:rsidR="00181DAB" w:rsidRPr="00181DAB" w:rsidRDefault="00181DAB">
                              <w:pPr>
                                <w:pStyle w:val="Pieddepage"/>
                                <w:rPr>
                                  <w:rFonts w:eastAsiaTheme="majorEastAsia" w:cs="Open Sans"/>
                                  <w:color w:val="C44048"/>
                                  <w:sz w:val="36"/>
                                  <w:szCs w:val="36"/>
                                </w:rPr>
                              </w:pPr>
                              <w:r w:rsidRPr="00181DAB">
                                <w:rPr>
                                  <w:rFonts w:eastAsiaTheme="majorEastAsia" w:cs="Open Sans"/>
                                  <w:color w:val="C44048"/>
                                  <w:sz w:val="18"/>
                                  <w:szCs w:val="18"/>
                                  <w:lang w:val="fr-FR"/>
                                </w:rPr>
                                <w:t>Page</w:t>
                              </w:r>
                              <w:r w:rsidRPr="00181DAB">
                                <w:rPr>
                                  <w:rFonts w:eastAsiaTheme="minorEastAsia" w:cs="Open Sans"/>
                                  <w:color w:val="C44048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181DAB">
                                <w:rPr>
                                  <w:rFonts w:cs="Open Sans"/>
                                  <w:color w:val="C44048"/>
                                  <w:sz w:val="18"/>
                                  <w:szCs w:val="18"/>
                                </w:rPr>
                                <w:instrText>PAGE    \* MERGEFORMAT</w:instrText>
                              </w:r>
                              <w:r w:rsidRPr="00181DAB">
                                <w:rPr>
                                  <w:rFonts w:eastAsiaTheme="minorEastAsia" w:cs="Open Sans"/>
                                  <w:color w:val="C44048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181DAB">
                                <w:rPr>
                                  <w:rFonts w:eastAsiaTheme="majorEastAsia" w:cs="Open Sans"/>
                                  <w:color w:val="C44048"/>
                                  <w:sz w:val="36"/>
                                  <w:szCs w:val="36"/>
                                  <w:lang w:val="fr-FR"/>
                                </w:rPr>
                                <w:t>2</w:t>
                              </w:r>
                              <w:r w:rsidRPr="00181DAB">
                                <w:rPr>
                                  <w:rFonts w:eastAsiaTheme="majorEastAsia" w:cs="Open Sans"/>
                                  <w:color w:val="C44048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5E40CEA" id="Rectangle 3" o:spid="_x0000_s1027" style="position:absolute;margin-left:0;margin-top:0;width:41.95pt;height:171.9pt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" o:allowincell="f" filled="f" stroked="f">
                  <v:textbox style="layout-flow:vertical;mso-layout-flow-alt:bottom-to-top;mso-fit-shape-to-text:t">
                    <w:txbxContent>
                      <w:p w14:paraId="08D0365E" w14:textId="77777777" w:rsidR="00181DAB" w:rsidRPr="00181DAB" w:rsidRDefault="00181DAB">
                        <w:pPr>
                          <w:pStyle w:val="Pieddepage"/>
                          <w:rPr>
                            <w:rFonts w:eastAsiaTheme="majorEastAsia" w:cs="Open Sans"/>
                            <w:color w:val="C44048"/>
                            <w:sz w:val="36"/>
                            <w:szCs w:val="36"/>
                          </w:rPr>
                        </w:pPr>
                        <w:r w:rsidRPr="00181DAB">
                          <w:rPr>
                            <w:rFonts w:eastAsiaTheme="majorEastAsia" w:cs="Open Sans"/>
                            <w:color w:val="C44048"/>
                            <w:sz w:val="18"/>
                            <w:szCs w:val="18"/>
                            <w:lang w:val="fr-FR"/>
                          </w:rPr>
                          <w:t>Page</w:t>
                        </w:r>
                        <w:r w:rsidRPr="00181DAB">
                          <w:rPr>
                            <w:rFonts w:eastAsiaTheme="minorEastAsia" w:cs="Open Sans"/>
                            <w:color w:val="C44048"/>
                            <w:sz w:val="18"/>
                            <w:szCs w:val="18"/>
                          </w:rPr>
                          <w:fldChar w:fldCharType="begin"/>
                        </w:r>
                        <w:r w:rsidRPr="00181DAB">
                          <w:rPr>
                            <w:rFonts w:cs="Open Sans"/>
                            <w:color w:val="C44048"/>
                            <w:sz w:val="18"/>
                            <w:szCs w:val="18"/>
                          </w:rPr>
                          <w:instrText>PAGE    \* MERGEFORMAT</w:instrText>
                        </w:r>
                        <w:r w:rsidRPr="00181DAB">
                          <w:rPr>
                            <w:rFonts w:eastAsiaTheme="minorEastAsia" w:cs="Open Sans"/>
                            <w:color w:val="C44048"/>
                            <w:sz w:val="18"/>
                            <w:szCs w:val="18"/>
                          </w:rPr>
                          <w:fldChar w:fldCharType="separate"/>
                        </w:r>
                        <w:r w:rsidRPr="00181DAB">
                          <w:rPr>
                            <w:rFonts w:eastAsiaTheme="majorEastAsia" w:cs="Open Sans"/>
                            <w:color w:val="C44048"/>
                            <w:sz w:val="36"/>
                            <w:szCs w:val="36"/>
                            <w:lang w:val="fr-FR"/>
                          </w:rPr>
                          <w:t>2</w:t>
                        </w:r>
                        <w:r w:rsidRPr="00181DAB">
                          <w:rPr>
                            <w:rFonts w:eastAsiaTheme="majorEastAsia" w:cs="Open Sans"/>
                            <w:color w:val="C44048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4C7C08" w:rsidRPr="00DB0538">
      <w:rPr>
        <w:noProof/>
      </w:rPr>
      <w:drawing>
        <wp:inline distT="0" distB="0" distL="0" distR="0" wp14:anchorId="62E941CD" wp14:editId="445D7CC1">
          <wp:extent cx="1992630" cy="1118870"/>
          <wp:effectExtent l="0" t="0" r="7620" b="5080"/>
          <wp:docPr id="39312293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2630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C7C08" w:rsidRPr="004C7C08">
      <w:rPr>
        <w:b/>
        <w:color w:val="C44149"/>
        <w:sz w:val="36"/>
        <w:lang w:val="fr-BE"/>
      </w:rPr>
      <w:t xml:space="preserve"> </w:t>
    </w:r>
    <w:r w:rsidR="004C7C08">
      <w:rPr>
        <w:b/>
        <w:color w:val="C44149"/>
        <w:sz w:val="36"/>
        <w:lang w:val="fr-BE"/>
      </w:rP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6A6505"/>
    <w:multiLevelType w:val="multilevel"/>
    <w:tmpl w:val="82905522"/>
    <w:lvl w:ilvl="0">
      <w:start w:val="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12947223">
    <w:abstractNumId w:val="8"/>
  </w:num>
  <w:num w:numId="2" w16cid:durableId="1505825924">
    <w:abstractNumId w:val="6"/>
  </w:num>
  <w:num w:numId="3" w16cid:durableId="992680021">
    <w:abstractNumId w:val="5"/>
  </w:num>
  <w:num w:numId="4" w16cid:durableId="660160541">
    <w:abstractNumId w:val="4"/>
  </w:num>
  <w:num w:numId="5" w16cid:durableId="1694499858">
    <w:abstractNumId w:val="7"/>
  </w:num>
  <w:num w:numId="6" w16cid:durableId="1503667446">
    <w:abstractNumId w:val="3"/>
  </w:num>
  <w:num w:numId="7" w16cid:durableId="880090356">
    <w:abstractNumId w:val="2"/>
  </w:num>
  <w:num w:numId="8" w16cid:durableId="14312280">
    <w:abstractNumId w:val="1"/>
  </w:num>
  <w:num w:numId="9" w16cid:durableId="1825779496">
    <w:abstractNumId w:val="0"/>
  </w:num>
  <w:num w:numId="10" w16cid:durableId="13857176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29"/>
    <w:rsid w:val="000076E5"/>
    <w:rsid w:val="00034616"/>
    <w:rsid w:val="0005701A"/>
    <w:rsid w:val="0006063C"/>
    <w:rsid w:val="000C154F"/>
    <w:rsid w:val="000C40CF"/>
    <w:rsid w:val="000E6467"/>
    <w:rsid w:val="000E6F5B"/>
    <w:rsid w:val="0013590A"/>
    <w:rsid w:val="00140FA7"/>
    <w:rsid w:val="0015074B"/>
    <w:rsid w:val="00164E84"/>
    <w:rsid w:val="00181DAB"/>
    <w:rsid w:val="001B5156"/>
    <w:rsid w:val="001D0490"/>
    <w:rsid w:val="001D6E2F"/>
    <w:rsid w:val="001F7FA8"/>
    <w:rsid w:val="00243A41"/>
    <w:rsid w:val="002604EC"/>
    <w:rsid w:val="00296129"/>
    <w:rsid w:val="0029639D"/>
    <w:rsid w:val="002A7D06"/>
    <w:rsid w:val="002D202E"/>
    <w:rsid w:val="002F231E"/>
    <w:rsid w:val="002F452E"/>
    <w:rsid w:val="00326F90"/>
    <w:rsid w:val="00333BF1"/>
    <w:rsid w:val="00334851"/>
    <w:rsid w:val="003C324D"/>
    <w:rsid w:val="004032ED"/>
    <w:rsid w:val="00472183"/>
    <w:rsid w:val="004805A1"/>
    <w:rsid w:val="004C7C08"/>
    <w:rsid w:val="004E1EB8"/>
    <w:rsid w:val="004F0D6D"/>
    <w:rsid w:val="0053294C"/>
    <w:rsid w:val="00535C1A"/>
    <w:rsid w:val="00583D3D"/>
    <w:rsid w:val="005D3A0E"/>
    <w:rsid w:val="0060403D"/>
    <w:rsid w:val="006E022B"/>
    <w:rsid w:val="006E373E"/>
    <w:rsid w:val="00714313"/>
    <w:rsid w:val="00770060"/>
    <w:rsid w:val="007F03B7"/>
    <w:rsid w:val="00844AFD"/>
    <w:rsid w:val="00862E70"/>
    <w:rsid w:val="008E5CFD"/>
    <w:rsid w:val="008F7423"/>
    <w:rsid w:val="009307BD"/>
    <w:rsid w:val="0095721C"/>
    <w:rsid w:val="00963C3F"/>
    <w:rsid w:val="009F660A"/>
    <w:rsid w:val="00A01983"/>
    <w:rsid w:val="00A035F1"/>
    <w:rsid w:val="00A362E5"/>
    <w:rsid w:val="00AA1D8D"/>
    <w:rsid w:val="00AB2C77"/>
    <w:rsid w:val="00AC09D0"/>
    <w:rsid w:val="00B136C9"/>
    <w:rsid w:val="00B47730"/>
    <w:rsid w:val="00C171A9"/>
    <w:rsid w:val="00C37A45"/>
    <w:rsid w:val="00CB0664"/>
    <w:rsid w:val="00CC61A0"/>
    <w:rsid w:val="00D03B58"/>
    <w:rsid w:val="00D8227D"/>
    <w:rsid w:val="00DA4FC7"/>
    <w:rsid w:val="00DD7652"/>
    <w:rsid w:val="00DF79C0"/>
    <w:rsid w:val="00E14025"/>
    <w:rsid w:val="00EA45E8"/>
    <w:rsid w:val="00F071B2"/>
    <w:rsid w:val="00F36DAA"/>
    <w:rsid w:val="00F9649B"/>
    <w:rsid w:val="00FC1B70"/>
    <w:rsid w:val="00FC693F"/>
    <w:rsid w:val="00FE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0C3B3E"/>
  <w14:defaultImageDpi w14:val="300"/>
  <w15:docId w15:val="{69AD44EE-38BC-4F94-AA4F-9D7898693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Arial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Open Sans" w:hAnsi="Open Sans"/>
      <w:sz w:val="22"/>
      <w:szCs w:val="22"/>
      <w:lang w:val="en-US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eastAsia="MS Gothic" w:hAnsi="Calibri" w:cs="Times New Roman"/>
      <w:b/>
      <w:bCs/>
      <w:color w:val="4F81BD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eastAsia="MS Gothic" w:hAnsi="Calibri" w:cs="Times New Roman"/>
      <w:b/>
      <w:bCs/>
      <w:i/>
      <w:iCs/>
      <w:color w:val="4F81BD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eastAsia="MS Gothic" w:hAnsi="Calibri" w:cs="Times New Roman"/>
      <w:color w:val="243F6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eastAsia="MS Gothic" w:hAnsi="Calibri" w:cs="Times New Roman"/>
      <w:i/>
      <w:iCs/>
      <w:color w:val="243F6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eastAsia="MS Gothic" w:hAnsi="Calibri" w:cs="Times New Roman"/>
      <w:i/>
      <w:iCs/>
      <w:color w:val="40404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rPr>
      <w:sz w:val="22"/>
      <w:szCs w:val="22"/>
      <w:lang w:val="en-US" w:eastAsia="en-US"/>
    </w:rPr>
  </w:style>
  <w:style w:type="character" w:customStyle="1" w:styleId="Titre1Car">
    <w:name w:val="Titre 1 Car"/>
    <w:link w:val="Titre1"/>
    <w:uiPriority w:val="9"/>
    <w:rsid w:val="00FC693F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Titre2Car">
    <w:name w:val="Titre 2 Car"/>
    <w:link w:val="Titre2"/>
    <w:uiPriority w:val="9"/>
    <w:rsid w:val="00FC693F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Titre3Car">
    <w:name w:val="Titre 3 Car"/>
    <w:link w:val="Titre3"/>
    <w:uiPriority w:val="9"/>
    <w:rsid w:val="00FC693F"/>
    <w:rPr>
      <w:rFonts w:ascii="Calibri" w:eastAsia="MS Gothic" w:hAnsi="Calibri" w:cs="Times New Roman"/>
      <w:b/>
      <w:bCs/>
      <w:color w:val="4F81BD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TitreCar">
    <w:name w:val="Titre Car"/>
    <w:link w:val="Titre"/>
    <w:uiPriority w:val="10"/>
    <w:rsid w:val="00FC693F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character" w:customStyle="1" w:styleId="Sous-titreCar">
    <w:name w:val="Sous-titre Car"/>
    <w:link w:val="Sous-titre"/>
    <w:uiPriority w:val="11"/>
    <w:rsid w:val="00FC693F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customStyle="1" w:styleId="TextedemacroCar">
    <w:name w:val="Texte de macro Car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C693F"/>
    <w:rPr>
      <w:i/>
      <w:iCs/>
      <w:color w:val="000000"/>
    </w:rPr>
  </w:style>
  <w:style w:type="character" w:customStyle="1" w:styleId="Titre4Car">
    <w:name w:val="Titre 4 Car"/>
    <w:link w:val="Titre4"/>
    <w:uiPriority w:val="9"/>
    <w:semiHidden/>
    <w:rsid w:val="00FC693F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Titre5Car">
    <w:name w:val="Titre 5 Car"/>
    <w:link w:val="Titre5"/>
    <w:uiPriority w:val="9"/>
    <w:semiHidden/>
    <w:rsid w:val="00FC693F"/>
    <w:rPr>
      <w:rFonts w:ascii="Calibri" w:eastAsia="MS Gothic" w:hAnsi="Calibri" w:cs="Times New Roman"/>
      <w:color w:val="243F60"/>
    </w:rPr>
  </w:style>
  <w:style w:type="character" w:customStyle="1" w:styleId="Titre6Car">
    <w:name w:val="Titre 6 Car"/>
    <w:link w:val="Titre6"/>
    <w:uiPriority w:val="9"/>
    <w:semiHidden/>
    <w:rsid w:val="00FC693F"/>
    <w:rPr>
      <w:rFonts w:ascii="Calibri" w:eastAsia="MS Gothic" w:hAnsi="Calibri" w:cs="Times New Roman"/>
      <w:i/>
      <w:iCs/>
      <w:color w:val="243F60"/>
    </w:rPr>
  </w:style>
  <w:style w:type="character" w:customStyle="1" w:styleId="Titre7Car">
    <w:name w:val="Titre 7 Car"/>
    <w:link w:val="Titre7"/>
    <w:uiPriority w:val="9"/>
    <w:semiHidden/>
    <w:rsid w:val="00FC693F"/>
    <w:rPr>
      <w:rFonts w:ascii="Calibri" w:eastAsia="MS Gothic" w:hAnsi="Calibri" w:cs="Times New Roman"/>
      <w:i/>
      <w:iCs/>
      <w:color w:val="404040"/>
    </w:rPr>
  </w:style>
  <w:style w:type="character" w:customStyle="1" w:styleId="Titre8Car">
    <w:name w:val="Titre 8 Car"/>
    <w:link w:val="Titre8"/>
    <w:uiPriority w:val="9"/>
    <w:semiHidden/>
    <w:rsid w:val="00FC693F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Titre9Car">
    <w:name w:val="Titre 9 Car"/>
    <w:link w:val="Titre9"/>
    <w:uiPriority w:val="9"/>
    <w:semiHidden/>
    <w:rsid w:val="00FC693F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lev">
    <w:name w:val="Strong"/>
    <w:uiPriority w:val="22"/>
    <w:qFormat/>
    <w:rsid w:val="00FC693F"/>
    <w:rPr>
      <w:b/>
      <w:bCs/>
    </w:rPr>
  </w:style>
  <w:style w:type="character" w:styleId="Accentuation">
    <w:name w:val="Emphasis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C693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FC693F"/>
    <w:rPr>
      <w:i/>
      <w:iCs/>
      <w:color w:val="808080"/>
    </w:rPr>
  </w:style>
  <w:style w:type="character" w:styleId="Accentuationintense">
    <w:name w:val="Intense Emphasis"/>
    <w:uiPriority w:val="21"/>
    <w:qFormat/>
    <w:rsid w:val="00FC693F"/>
    <w:rPr>
      <w:b/>
      <w:bCs/>
      <w:i/>
      <w:iCs/>
      <w:color w:val="4F81BD"/>
    </w:rPr>
  </w:style>
  <w:style w:type="character" w:styleId="Rfrencelgre">
    <w:name w:val="Subtle Reference"/>
    <w:uiPriority w:val="31"/>
    <w:qFormat/>
    <w:rsid w:val="00FC693F"/>
    <w:rPr>
      <w:smallCaps/>
      <w:color w:val="C0504D"/>
      <w:u w:val="single"/>
    </w:rPr>
  </w:style>
  <w:style w:type="character" w:styleId="Rfrenceintense">
    <w:name w:val="Intense Reference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Titredulivre">
    <w:name w:val="Book Title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rameclaire-Accent1">
    <w:name w:val="Light Shading Accent 1"/>
    <w:basedOn w:val="TableauNormal"/>
    <w:uiPriority w:val="60"/>
    <w:rsid w:val="00FC693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C693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C693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C693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C693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C693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steclaire">
    <w:name w:val="Light List"/>
    <w:basedOn w:val="TableauNormal"/>
    <w:uiPriority w:val="61"/>
    <w:rsid w:val="00FC6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Grilleclaire">
    <w:name w:val="Light Grid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Tramemoyenne1">
    <w:name w:val="Medium Shading 1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B0664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Listefonce">
    <w:name w:val="Dark List"/>
    <w:basedOn w:val="Tableau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Tramecouleur">
    <w:name w:val="Colorful Shading"/>
    <w:basedOn w:val="Tableau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4">
    <w:name w:val="Colorful Shading Accent 4"/>
    <w:basedOn w:val="Tableau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5">
    <w:name w:val="Colorful Shading Accent 5"/>
    <w:basedOn w:val="Tableau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Listecouleur">
    <w:name w:val="Colorful List"/>
    <w:basedOn w:val="Tableau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Grillecouleur">
    <w:name w:val="Colorful Grid"/>
    <w:basedOn w:val="Tableau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Lienhypertexte">
    <w:name w:val="Hyperlink"/>
    <w:basedOn w:val="Policepardfaut"/>
    <w:uiPriority w:val="99"/>
    <w:unhideWhenUsed/>
    <w:rsid w:val="00140FA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40F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bfa.be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issaGillet\OneDrive%20-%20Ligue%20Belge%20Francophone%20d'Athl&#233;tisme%20-%20LBFA\M&#233;lissa\A.%20Communication\Logos\LBFA\Nouveau%20logo%20&#224;%20partir%20d'avril%202026\Templates\Template_avis%20aux%20cercles%20-%20Copi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A182EE29499D418169A1173A1A6E83" ma:contentTypeVersion="13" ma:contentTypeDescription="Create a new document." ma:contentTypeScope="" ma:versionID="deb3708a1de2f19bdcaad17358d0ffd3">
  <xsd:schema xmlns:xsd="http://www.w3.org/2001/XMLSchema" xmlns:xs="http://www.w3.org/2001/XMLSchema" xmlns:p="http://schemas.microsoft.com/office/2006/metadata/properties" xmlns:ns2="3513160a-aeb9-497c-976b-9435436ca220" xmlns:ns3="ea3ecef2-6ce0-493f-a555-40b340b135dd" targetNamespace="http://schemas.microsoft.com/office/2006/metadata/properties" ma:root="true" ma:fieldsID="a617bb41aa9e97c490114c63c85e3703" ns2:_="" ns3:_="">
    <xsd:import namespace="3513160a-aeb9-497c-976b-9435436ca220"/>
    <xsd:import namespace="ea3ecef2-6ce0-493f-a555-40b340b135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3160a-aeb9-497c-976b-9435436c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b081894-b433-4ac2-8172-560a6c4e5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ecef2-6ce0-493f-a555-40b340b135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13160a-aeb9-497c-976b-9435436ca2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399612-3795-4203-8B00-08369B4B5D9F}"/>
</file>

<file path=customXml/itemProps3.xml><?xml version="1.0" encoding="utf-8"?>
<ds:datastoreItem xmlns:ds="http://schemas.openxmlformats.org/officeDocument/2006/customXml" ds:itemID="{8D8FB9C0-794D-48AB-B646-9FF33173968A}"/>
</file>

<file path=customXml/itemProps4.xml><?xml version="1.0" encoding="utf-8"?>
<ds:datastoreItem xmlns:ds="http://schemas.openxmlformats.org/officeDocument/2006/customXml" ds:itemID="{BFD75863-F4FF-4C28-8857-1F3ABBFD8E0C}"/>
</file>

<file path=docProps/app.xml><?xml version="1.0" encoding="utf-8"?>
<Properties xmlns="http://schemas.openxmlformats.org/officeDocument/2006/extended-properties" xmlns:vt="http://schemas.openxmlformats.org/officeDocument/2006/docPropsVTypes">
  <Template>Template_avis aux cercles - Copie</Template>
  <TotalTime>44</TotalTime>
  <Pages>1</Pages>
  <Words>223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1452</CharactersWithSpaces>
  <SharedDoc>false</SharedDoc>
  <HyperlinkBase/>
  <HLinks>
    <vt:vector size="30" baseType="variant">
      <vt:variant>
        <vt:i4>1769527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_Toc202521583</vt:lpwstr>
      </vt:variant>
      <vt:variant>
        <vt:i4>1769527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_Toc202521582</vt:lpwstr>
      </vt:variant>
      <vt:variant>
        <vt:i4>1769527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_Toc202521581</vt:lpwstr>
      </vt:variant>
      <vt:variant>
        <vt:i4>1769527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_Toc202521580</vt:lpwstr>
      </vt:variant>
      <vt:variant>
        <vt:i4>1310775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_Toc202521579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Gillet</dc:creator>
  <cp:keywords/>
  <dc:description>generated by python-docx</dc:description>
  <cp:lastModifiedBy>Melissa Gillet</cp:lastModifiedBy>
  <cp:revision>41</cp:revision>
  <cp:lastPrinted>2026-04-16T09:12:00Z</cp:lastPrinted>
  <dcterms:created xsi:type="dcterms:W3CDTF">2026-04-16T08:43:00Z</dcterms:created>
  <dcterms:modified xsi:type="dcterms:W3CDTF">2026-10-30T12:22:00Z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0x01010076A182EE29499D418169A1173A1A6E83</vt:lpwstr>
  </property>
</Properties>
</file>